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מוחשי או בלתי מוחשי?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למורשת 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מורשת בלתי מוחשית נקראת מורשת חיה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משני הסוגים ואת הקשר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שאפשר לגעת בו ולהחזיק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ניגון בלי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דלת עץ של תיבת תכשיטים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מנהג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היא קיימת רק כשאנשים עושים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הוא נשכח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חפץ פיזי שאפשר להחזיק ולאחסן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הדף מוחשי אך הידע איך להכין את המאכל הוא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נאמר בטקסט כדוגמה לקשר בין שני הסוגים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הטקסט אומר שאין צורך לבחור, שניהם חשובים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מוצע בטקסט, למשל הקלטת סבא מספר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המבנה מוחשי, אך התפילות והניגונים שבו הם בלתי מוחשיים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לתעד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ארכיון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ניגון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דוגמה לסוג המורשת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(בלתי 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(בלתי 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(בלתי 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(מוחשי)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הדף הכתוב של המתכון הוא מוחשי, אבל הידע איך להכין את המאכל, כמה ללוש ומתי להוסיף תבלין, הוא בלתי מוחשי ועובר מאדם לאדם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הגיונית תתקבל, למשל חפץ ישן מול מנהג או שיר משפחתי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מצופה שהתלמיד יסביר שמורשת בלתי מוחשית כמו שיר או ניגון היא גם מורשת אמיתית, גם אם אי אפשר להחזיק אותה ביד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אישית, חשוב שתכלול דרך פעולה כמו תיעוד, לימוד לילד אחר או הקלטה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מוחשי אפשר לגעת בו, בלתי מוחשי קיים אך אי אפשר להחזיק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מתאימה מהטקסט או דומה לה תתקבל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היא קיימת רק כשאנשים ממשיכים לעשות אותה, אחרת היא נשכחת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בבקשה מהתלמידים להביא דוגמה אחת מהבית, מוחשית או בלתי מוחשית, ולסווג אותה יחד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כדאי לעודד תלמידים להסביר בקול למה כל פריט שייך לסוג שבחרו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למקסים מתאימה לדיון קבוצתי קצר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מוחשי או בלתי מוחשי?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ההבדל בין מורשת שאפשר לגעת בה לבין מורשת שחיה רק כשעושים אותה, ונתרגל לזהות דוגמאות לכל סוג.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המילה 'מוחשי'?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שאפשר לגעת בו ולהחזיק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שקיים רק בזיכרון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דבר שאסור לגעת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דבר שנעלם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שירה הביאה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תיבת תכשיטים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ניגון בלי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מטבע 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יוסף הביא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דלת עץ של תיבת תכשיטים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מהבאים הוא דוגמה למורשת בלתי מוחשית?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שמלת כלה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מגל של 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מנהג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מטבע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קוראים למורשת הבלתי מוחשית 'מורשת חיה'?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אפשר לנעול אותה בארון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קיימת רק כשאנשים עושים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היא תמיד נמצאת במוזיאון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 אפשר ללמד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לפי הטקסט לניגון שאף אחד לא שר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נשמר בארכיון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נשכח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הופך למוחשי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נכתב בספר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מוחשית אפשר לשמור בארון או במוזיאון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מתכון הוא דוגמה למורשת מוחשית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השופר עצמו הוא חפץ מוחשי, אך התקיעה בו אינה מוחשית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מורשת מוחשית תמיד חשובה יותר ממורשת בלתי מוחשית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לשמור על מורשת בלתי מוחשית על ידי הקלטה או תיעוד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כנסת הוא דוגמה למורשת בלתי מוחשית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דבר שאפשר לגעת בו, לראות ולהחזיק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דבר שקיים אבל אי אפשר להחזיק ביד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לזכור סיפור של סבתא אפשר __________ אותו, כלומר להקליט או לרשום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מקום שבו שומרים מסמכים ותמונות ישנים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הידע לארוג דוגמה מיוחדת על נול הוא סוג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מנגינה בלי מילים שעוברת מדור לדור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דוגמה לסוג המורשת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פמוטים של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בלתי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ניגון בלי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מכתב ישן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בלתי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מתכון (הידע איך להכין)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משחק חצר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בלתי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שמלת כלה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מוחשי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מתכון נחשב גם מוחשי וגם בלתי מוחשי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אחת משלכם למורשת מוחשית ואחת למורשת בלתי מוחשית מהמשפחה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בטקסט מקסים אומר לשירה שהיא לא הביאה שום דבר. כתבו מכתב קצר למקסים שמסביר לו למה שירה כן הביאה מורשת אמיתית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חשבו על מנהג, שיר או משחק שמשפחתכם מעבירה מדור לדור. איך הייתם שומרים עליו כדי שלא יישכח?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מורשת מוחשית למורשת בלתי מוחשית?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לכל סוג 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מורשת בלתי מוחשית נקראת 'מורשת חיה'?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מוחשי או בלתי מוחשי?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