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מורשת בלתי מוחשית נקראת מורשת חיה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משני הסוגים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שאפשר לגעת בו ולהחזיק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ניגון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דלת עץ של תיבת תכשיטים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מנהג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היא קיימת רק כשאנשים עושים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הוא נשכח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חפץ פיזי שאפשר להחזיק ולאחסן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מוחשי אך הידע איך להכין את המאכל הוא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כדוגמה לקשר בין שני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שאין צורך לבחור, שניהם חשובים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מוצע בטקסט, למשל הקלטת סבא 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המבנה מוחשי, אך התפילות והניגונים שבו הם בלתי מוחשיים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ארכיון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הדף הכתוב של המתכון הוא מוחשי, אבל הידע איך להכין את המאכל, כמה ללוש ומתי להוסיף תבלין, הוא בלתי מוחשי ועובר מאדם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הגיונית תתקבל, למשל חפץ ישן מול מנהג או שיר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שהתלמיד יסביר שמורשת בלתי מוחשית כמו שיר או ניגון היא גם מורשת אמיתית, גם אם אי אפשר להחזיק אותה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חשוב שתכלול דרך פעולה כמו תיעוד, לימוד לילד אחר או הקלטה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אפשר לגעת בו, בלתי מוחשי קיים אך אי אפשר להחזיק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מתאימה מהטקסט או דומה לה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קיימת רק כשאנשים ממשיכים לעשות אותה, אחרת היא נשכחת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בבקשה מהתלמידים להביא דוגמה אחת מהבית, מוחשית או בלתי מוחשית, ולסווג אותה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כל פריט שייך לסוג שבחרו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למקסים מתאימה לדיון קבוצתי קצר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מוחשי או בלתי מוחשי?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לומדים: יש מורשת שאפשר לגעת בה ביד, ויש מורשת שאי אפשר להחזיק אבל היא קיימת. נתרגל להבדיל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שאפשר לגעת בו, לראות ולהחזיק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שקיים אבל אי אפשר להחזיק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מנגינה, לפעמים בלי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שומרים מסמכים ותמונות ישנים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לרשום, לצלם או להקליט כדי לזכור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ידע וכישרון לעשות דבר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בית, בית כנסת או כל דבר שבנו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'מוחשי'?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שאפשר לגעת בו ולהחזיק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שקיים רק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דבר שאסור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שנעלם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שירה הביאה?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תכשיטים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ניגון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יוסף הביא?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דלת עץ של תיבת תכשיטים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בלתי מוחשי?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שמלת 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מגל של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קוראים לה 'מורשת חיה'?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לנעול אותה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קיימת רק כשאנשים עושים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תמיד נמצאת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 אפשר ללמד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לניגון ששר שאף אחד לא 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נשמר בארכיון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נכתב בספר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מוחשית אפשר לשמור בארון או במוזיאון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הוא דוגמה למורשת מוחשית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עצמו הוא חפץ מוחשי, אך התקיעה בו אינה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מורשת מוחשית תמיד חשובה יותר ממורשת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לשמור על מורשת בלתי מוחשית על ידי הקלטה או תיעוד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כנסת הוא דוגמה למורשת בלתי מוחשית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שאפשר לגעת בו, לראות ולהחזיק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שקיים אבל אי אפשר להחזיק ביד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לזכור סיפור של סבתא אפשר __________ אותו, כלומר להקליט או לרשום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שבו שומרים מסמכים ותמונות ישנים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הידע לארוג דוגמה מיוחדת על נול הוא סוג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מנגינה בלי מילים שעוברת מדור לדור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דוגמה לסוג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פמוטים של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ניגון בלי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מתכון (הידע איך להכין)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שמלת 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מתכון נחשב גם מוחשי וגם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משלכם למורשת מוחשית ואחת למורשת בלתי מוחשית מהמשפחה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מקסים אומר לשירה שהיא לא הביאה שום דבר. כתבו מכתב קצר למקסים שמסביר לו למה שירה כן הביאה מורשת אמיתית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 על מנהג, שיר או משחק שמשפחתכם מעבירה מדור לדור. איך הייתם שומרים עליו כדי שלא יישכח?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למורשת 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 סוג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מורשת בלתי מוחשית נקראת 'מורשת חיה'?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מוחשי או בלתי מוחשי?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